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Security Certificate II enrollment form</w:t>
      </w:r>
    </w:p>
    <w:p>
      <w:r>
        <w:t>SSTA | CPP20218 Certificate II in Security Operations</w:t>
      </w:r>
    </w:p>
    <w:p>
      <w:r>
        <w:t>Complete this form in Word, save your copy, and upload it on the SSTA enrollment page with your contact details. The enrollment form and Security LLN test are free. After passing LLN, pay AUD $150 in your student portal to start Cluster 1. SSTA manages access to later clusters.</w:t>
      </w:r>
    </w:p>
    <w:p>
      <w:pPr>
        <w:pStyle w:val="Heading2"/>
      </w:pPr>
      <w:r>
        <w:t>Personal and contact details</w:t>
      </w:r>
    </w:p>
    <w:tbl>
      <w:tblPr>
        <w:tblStyle w:val="TableGrid"/>
        <w:tblW w:type="auto" w:w="0"/>
        <w:tblLook w:firstColumn="1" w:firstRow="1" w:lastColumn="0" w:lastRow="0" w:noHBand="0" w:noVBand="1" w:val="04A0"/>
      </w:tblPr>
      <w:tblGrid>
        <w:gridCol w:w="4874"/>
        <w:gridCol w:w="4874"/>
      </w:tblGrid>
      <w:tr>
        <w:tc>
          <w:tcPr>
            <w:tcW w:type="dxa" w:w="3240"/>
          </w:tcPr>
          <w:p>
            <w:pPr>
              <w:spacing w:before="80" w:after="80"/>
            </w:pPr>
            <w:r>
              <w:t>First name</w:t>
            </w:r>
          </w:p>
        </w:tc>
        <w:tc>
          <w:tcPr>
            <w:tcW w:type="dxa" w:w="6264"/>
          </w:tcPr>
          <w:p>
            <w:pPr>
              <w:spacing w:before="80" w:after="80"/>
            </w:pPr>
            <w:r>
              <w:t>Click or type here</w:t>
            </w:r>
          </w:p>
        </w:tc>
      </w:tr>
      <w:tr>
        <w:tc>
          <w:tcPr>
            <w:tcW w:type="dxa" w:w="3240"/>
          </w:tcPr>
          <w:p>
            <w:pPr>
              <w:spacing w:before="80" w:after="80"/>
            </w:pPr>
            <w:r>
              <w:t>Last name</w:t>
            </w:r>
          </w:p>
        </w:tc>
        <w:tc>
          <w:tcPr>
            <w:tcW w:type="dxa" w:w="6264"/>
          </w:tcPr>
          <w:p>
            <w:pPr>
              <w:spacing w:before="80" w:after="80"/>
            </w:pPr>
            <w:r>
              <w:t>Click or type here</w:t>
            </w:r>
          </w:p>
        </w:tc>
      </w:tr>
      <w:tr>
        <w:tc>
          <w:tcPr>
            <w:tcW w:type="dxa" w:w="3240"/>
          </w:tcPr>
          <w:p>
            <w:pPr>
              <w:spacing w:before="80" w:after="80"/>
            </w:pPr>
            <w:r>
              <w:t>Date of birth</w:t>
            </w:r>
          </w:p>
        </w:tc>
        <w:tc>
          <w:tcPr>
            <w:tcW w:type="dxa" w:w="6264"/>
          </w:tcPr>
          <w:p>
            <w:pPr>
              <w:spacing w:before="80" w:after="80"/>
            </w:pPr>
            <w:r>
              <w:t>Click or type here</w:t>
            </w:r>
          </w:p>
        </w:tc>
      </w:tr>
      <w:tr>
        <w:tc>
          <w:tcPr>
            <w:tcW w:type="dxa" w:w="3240"/>
          </w:tcPr>
          <w:p>
            <w:pPr>
              <w:spacing w:before="80" w:after="80"/>
            </w:pPr>
            <w:r>
              <w:t>Email used for student account</w:t>
            </w:r>
          </w:p>
        </w:tc>
        <w:tc>
          <w:tcPr>
            <w:tcW w:type="dxa" w:w="6264"/>
          </w:tcPr>
          <w:p>
            <w:pPr>
              <w:spacing w:before="80" w:after="80"/>
            </w:pPr>
            <w:r>
              <w:t>Click or type here</w:t>
            </w:r>
          </w:p>
        </w:tc>
      </w:tr>
      <w:tr>
        <w:tc>
          <w:tcPr>
            <w:tcW w:type="dxa" w:w="3240"/>
          </w:tcPr>
          <w:p>
            <w:pPr>
              <w:spacing w:before="80" w:after="80"/>
            </w:pPr>
            <w:r>
              <w:t>Phone number</w:t>
            </w:r>
          </w:p>
        </w:tc>
        <w:tc>
          <w:tcPr>
            <w:tcW w:type="dxa" w:w="6264"/>
          </w:tcPr>
          <w:p>
            <w:pPr>
              <w:spacing w:before="80" w:after="80"/>
            </w:pPr>
            <w:r>
              <w:t>Click or type here</w:t>
            </w:r>
          </w:p>
        </w:tc>
      </w:tr>
      <w:tr>
        <w:tc>
          <w:tcPr>
            <w:tcW w:type="dxa" w:w="3240"/>
          </w:tcPr>
          <w:p>
            <w:pPr>
              <w:spacing w:before="80" w:after="80"/>
            </w:pPr>
            <w:r>
              <w:t>Residential address</w:t>
            </w:r>
          </w:p>
        </w:tc>
        <w:tc>
          <w:tcPr>
            <w:tcW w:type="dxa" w:w="6264"/>
          </w:tcPr>
          <w:p>
            <w:pPr>
              <w:spacing w:before="80" w:after="80"/>
            </w:pPr>
            <w:r>
              <w:t>Click or type here</w:t>
            </w:r>
          </w:p>
        </w:tc>
      </w:tr>
      <w:tr>
        <w:tc>
          <w:tcPr>
            <w:tcW w:type="dxa" w:w="3240"/>
          </w:tcPr>
          <w:p>
            <w:pPr>
              <w:spacing w:before="80" w:after="80"/>
            </w:pPr>
            <w:r>
              <w:t>Unique Student Identifier USI</w:t>
            </w:r>
          </w:p>
        </w:tc>
        <w:tc>
          <w:tcPr>
            <w:tcW w:type="dxa" w:w="6264"/>
          </w:tcPr>
          <w:p>
            <w:pPr>
              <w:spacing w:before="80" w:after="80"/>
            </w:pPr>
            <w:r>
              <w:t>Click or type here</w:t>
            </w:r>
          </w:p>
        </w:tc>
      </w:tr>
    </w:tbl>
    <w:p/>
    <w:p>
      <w:pPr>
        <w:pStyle w:val="Heading2"/>
      </w:pPr>
      <w:r>
        <w:t>Learning and support needs</w:t>
      </w:r>
    </w:p>
    <w:tbl>
      <w:tblPr>
        <w:tblStyle w:val="TableGrid"/>
        <w:tblW w:type="auto" w:w="0"/>
        <w:tblLook w:firstColumn="1" w:firstRow="1" w:lastColumn="0" w:lastRow="0" w:noHBand="0" w:noVBand="1" w:val="04A0"/>
      </w:tblPr>
      <w:tblGrid>
        <w:gridCol w:w="4874"/>
        <w:gridCol w:w="4874"/>
      </w:tblGrid>
      <w:tr>
        <w:tc>
          <w:tcPr>
            <w:tcW w:type="dxa" w:w="3240"/>
          </w:tcPr>
          <w:p>
            <w:pPr>
              <w:spacing w:before="80" w:after="80"/>
            </w:pPr>
            <w:r>
              <w:t>Preferred name</w:t>
            </w:r>
          </w:p>
        </w:tc>
        <w:tc>
          <w:tcPr>
            <w:tcW w:type="dxa" w:w="6264"/>
          </w:tcPr>
          <w:p>
            <w:pPr>
              <w:spacing w:before="80" w:after="80"/>
            </w:pPr>
            <w:r>
              <w:t>Click or type here</w:t>
            </w:r>
          </w:p>
        </w:tc>
      </w:tr>
      <w:tr>
        <w:tc>
          <w:tcPr>
            <w:tcW w:type="dxa" w:w="3240"/>
          </w:tcPr>
          <w:p>
            <w:pPr>
              <w:spacing w:before="80" w:after="80"/>
            </w:pPr>
            <w:r>
              <w:t>Language spoken at home</w:t>
            </w:r>
          </w:p>
        </w:tc>
        <w:tc>
          <w:tcPr>
            <w:tcW w:type="dxa" w:w="6264"/>
          </w:tcPr>
          <w:p>
            <w:pPr>
              <w:spacing w:before="80" w:after="80"/>
            </w:pPr>
            <w:r>
              <w:t>Click or type here</w:t>
            </w:r>
          </w:p>
        </w:tc>
      </w:tr>
      <w:tr>
        <w:tc>
          <w:tcPr>
            <w:tcW w:type="dxa" w:w="3240"/>
          </w:tcPr>
          <w:p>
            <w:pPr>
              <w:spacing w:before="80" w:after="80"/>
            </w:pPr>
            <w:r>
              <w:t>Support or accessibility needs</w:t>
            </w:r>
          </w:p>
        </w:tc>
        <w:tc>
          <w:tcPr>
            <w:tcW w:type="dxa" w:w="6264"/>
          </w:tcPr>
          <w:p>
            <w:pPr>
              <w:spacing w:before="80" w:after="80"/>
            </w:pPr>
            <w:r>
              <w:t>Click or type here</w:t>
            </w:r>
          </w:p>
        </w:tc>
      </w:tr>
      <w:tr>
        <w:tc>
          <w:tcPr>
            <w:tcW w:type="dxa" w:w="3240"/>
          </w:tcPr>
          <w:p>
            <w:pPr>
              <w:spacing w:before="80" w:after="80"/>
            </w:pPr>
            <w:r>
              <w:t>Emergency contact and phone</w:t>
            </w:r>
          </w:p>
        </w:tc>
        <w:tc>
          <w:tcPr>
            <w:tcW w:type="dxa" w:w="6264"/>
          </w:tcPr>
          <w:p>
            <w:pPr>
              <w:spacing w:before="80" w:after="80"/>
            </w:pPr>
            <w:r>
              <w:t>Click or type here</w:t>
            </w:r>
          </w:p>
        </w:tc>
      </w:tr>
    </w:tbl>
    <w:p/>
    <w:p>
      <w:pPr>
        <w:pStyle w:val="Heading2"/>
      </w:pPr>
      <w:r>
        <w:t>Student declaration</w:t>
      </w:r>
    </w:p>
    <w:p>
      <w:r>
        <w:t>I confirm that the details I have provided are accurate. I understand that SSTA staff will review my form and contact me about my application. I will complete the free Security LLN test before starting paid learning. I understand that Cluster 1 costs AUD $150 and that SSTA will confirm arrangements for later clusters.</w:t>
      </w:r>
    </w:p>
    <w:p>
      <w:pPr>
        <w:pStyle w:val="Heading2"/>
      </w:pPr>
      <w:r>
        <w:t>Declaration details</w:t>
      </w:r>
    </w:p>
    <w:tbl>
      <w:tblPr>
        <w:tblStyle w:val="TableGrid"/>
        <w:tblW w:type="auto" w:w="0"/>
        <w:tblLook w:firstColumn="1" w:firstRow="1" w:lastColumn="0" w:lastRow="0" w:noHBand="0" w:noVBand="1" w:val="04A0"/>
      </w:tblPr>
      <w:tblGrid>
        <w:gridCol w:w="4874"/>
        <w:gridCol w:w="4874"/>
      </w:tblGrid>
      <w:tr>
        <w:tc>
          <w:tcPr>
            <w:tcW w:type="dxa" w:w="3240"/>
          </w:tcPr>
          <w:p>
            <w:pPr>
              <w:spacing w:before="80" w:after="80"/>
            </w:pPr>
            <w:r>
              <w:t>Student name</w:t>
            </w:r>
          </w:p>
        </w:tc>
        <w:tc>
          <w:tcPr>
            <w:tcW w:type="dxa" w:w="6264"/>
          </w:tcPr>
          <w:p>
            <w:pPr>
              <w:spacing w:before="80" w:after="80"/>
            </w:pPr>
            <w:r>
              <w:t>Click or type here</w:t>
            </w:r>
          </w:p>
        </w:tc>
      </w:tr>
      <w:tr>
        <w:tc>
          <w:tcPr>
            <w:tcW w:type="dxa" w:w="3240"/>
          </w:tcPr>
          <w:p>
            <w:pPr>
              <w:spacing w:before="80" w:after="80"/>
            </w:pPr>
            <w:r>
              <w:t>Signature</w:t>
            </w:r>
          </w:p>
        </w:tc>
        <w:tc>
          <w:tcPr>
            <w:tcW w:type="dxa" w:w="6264"/>
          </w:tcPr>
          <w:p>
            <w:pPr>
              <w:spacing w:before="80" w:after="80"/>
            </w:pPr>
            <w:r>
              <w:t>Click or type here</w:t>
            </w:r>
          </w:p>
        </w:tc>
      </w:tr>
      <w:tr>
        <w:tc>
          <w:tcPr>
            <w:tcW w:type="dxa" w:w="3240"/>
          </w:tcPr>
          <w:p>
            <w:pPr>
              <w:spacing w:before="80" w:after="80"/>
            </w:pPr>
            <w:r>
              <w:t>Date</w:t>
            </w:r>
          </w:p>
        </w:tc>
        <w:tc>
          <w:tcPr>
            <w:tcW w:type="dxa" w:w="6264"/>
          </w:tcPr>
          <w:p>
            <w:pPr>
              <w:spacing w:before="80" w:after="80"/>
            </w:pPr>
            <w:r>
              <w:t>Click or type here</w:t>
            </w:r>
          </w:p>
        </w:tc>
      </w:tr>
    </w:tbl>
    <w:p/>
    <w:sectPr w:rsidR="00FC693F" w:rsidRPr="0006063C" w:rsidSect="00034616">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Certificate II enrollment form</dc:title>
  <dc:subject/>
  <dc:creator>SSTA</dc:creator>
  <cp:keywords/>
  <dc:description>generated by python-docx</dc:description>
  <cp:lastModifiedBy/>
  <cp:revision>1</cp:revision>
  <dcterms:created xsi:type="dcterms:W3CDTF">2013-12-23T23:15:00Z</dcterms:created>
  <dcterms:modified xsi:type="dcterms:W3CDTF">2013-12-23T23:15:00Z</dcterms:modified>
  <cp:category/>
</cp:coreProperties>
</file>